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A61586" w14:textId="77777777" w:rsidR="0045483A" w:rsidRDefault="00000000">
      <w:pPr>
        <w:spacing w:after="20"/>
        <w:jc w:val="center"/>
      </w:pPr>
      <w:r>
        <w:rPr>
          <w:noProof/>
        </w:rPr>
        <w:drawing>
          <wp:inline distT="0" distB="0" distL="0" distR="0" wp14:anchorId="1A0D9006" wp14:editId="155B03F5">
            <wp:extent cx="3246120" cy="22369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t_logo_cropp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23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481BB" w14:textId="77777777" w:rsidR="0045483A" w:rsidRDefault="00000000">
      <w:pPr>
        <w:spacing w:after="160"/>
        <w:jc w:val="center"/>
      </w:pPr>
      <w:r>
        <w:rPr>
          <w:b/>
          <w:color w:val="525252"/>
          <w:sz w:val="36"/>
        </w:rPr>
        <w:t>SCHEDULE</w:t>
      </w:r>
    </w:p>
    <w:p w14:paraId="0B41CACA" w14:textId="77777777" w:rsidR="0045483A" w:rsidRDefault="00000000">
      <w:pPr>
        <w:pBdr>
          <w:bottom w:val="single" w:sz="10" w:space="3" w:color="F4C4B5"/>
        </w:pBdr>
        <w:spacing w:before="60" w:after="40"/>
        <w:jc w:val="center"/>
      </w:pPr>
      <w:r>
        <w:rPr>
          <w:b/>
          <w:color w:val="4B4B4B"/>
          <w:sz w:val="25"/>
        </w:rPr>
        <w:t>DAYTIME CLASSES</w:t>
      </w:r>
    </w:p>
    <w:p w14:paraId="760D516A" w14:textId="77777777" w:rsidR="0045483A" w:rsidRDefault="00000000">
      <w:pPr>
        <w:spacing w:after="20" w:line="240" w:lineRule="auto"/>
        <w:jc w:val="center"/>
      </w:pPr>
      <w:r>
        <w:rPr>
          <w:b/>
          <w:color w:val="4B4B4B"/>
          <w:sz w:val="21"/>
        </w:rPr>
        <w:t>Tuesdays &amp; Thursdays</w:t>
      </w:r>
    </w:p>
    <w:p w14:paraId="77F94BE3" w14:textId="77777777" w:rsidR="0045483A" w:rsidRDefault="00000000">
      <w:pPr>
        <w:spacing w:after="10" w:line="240" w:lineRule="auto"/>
        <w:jc w:val="center"/>
      </w:pPr>
      <w:r>
        <w:rPr>
          <w:color w:val="4B4B4B"/>
        </w:rPr>
        <w:t>9:00 am  -  Ages 3-5</w:t>
      </w:r>
    </w:p>
    <w:p w14:paraId="31E13163" w14:textId="77777777" w:rsidR="0045483A" w:rsidRDefault="00000000">
      <w:pPr>
        <w:spacing w:after="160" w:line="240" w:lineRule="auto"/>
        <w:jc w:val="center"/>
      </w:pPr>
      <w:r>
        <w:rPr>
          <w:color w:val="4B4B4B"/>
        </w:rPr>
        <w:t>1:00 pm  -  Ages 3-5</w:t>
      </w:r>
    </w:p>
    <w:p w14:paraId="2730686D" w14:textId="77777777" w:rsidR="0045483A" w:rsidRDefault="00000000">
      <w:pPr>
        <w:pBdr>
          <w:bottom w:val="single" w:sz="10" w:space="3" w:color="F4C4B5"/>
        </w:pBdr>
        <w:spacing w:before="240" w:after="40"/>
        <w:jc w:val="center"/>
      </w:pPr>
      <w:r>
        <w:rPr>
          <w:b/>
          <w:color w:val="4B4B4B"/>
          <w:sz w:val="25"/>
        </w:rPr>
        <w:t>EVENING CLASSES</w:t>
      </w:r>
    </w:p>
    <w:p w14:paraId="0722DFB0" w14:textId="77777777" w:rsidR="0045483A" w:rsidRDefault="00000000">
      <w:pPr>
        <w:spacing w:after="20" w:line="240" w:lineRule="auto"/>
        <w:jc w:val="center"/>
      </w:pPr>
      <w:r>
        <w:rPr>
          <w:b/>
          <w:color w:val="4B4B4B"/>
          <w:sz w:val="21"/>
        </w:rPr>
        <w:t>Tuesdays &amp; Thursdays</w:t>
      </w:r>
    </w:p>
    <w:p w14:paraId="5FEC1E5B" w14:textId="77777777" w:rsidR="0045483A" w:rsidRDefault="00000000">
      <w:pPr>
        <w:spacing w:after="10" w:line="240" w:lineRule="auto"/>
        <w:jc w:val="center"/>
      </w:pPr>
      <w:r>
        <w:rPr>
          <w:b/>
          <w:color w:val="4B4B4B"/>
        </w:rPr>
        <w:t>4:00 pm  -  Advanced</w:t>
      </w:r>
    </w:p>
    <w:p w14:paraId="0055647A" w14:textId="77777777" w:rsidR="0045483A" w:rsidRDefault="00000000">
      <w:pPr>
        <w:spacing w:after="20" w:line="240" w:lineRule="auto"/>
        <w:jc w:val="center"/>
      </w:pPr>
      <w:r>
        <w:rPr>
          <w:color w:val="4B4B4B"/>
          <w:sz w:val="18"/>
        </w:rPr>
        <w:t>Both side aerials, front aerials, back tuck, etc.</w:t>
      </w:r>
    </w:p>
    <w:p w14:paraId="66FC4082" w14:textId="77777777" w:rsidR="0045483A" w:rsidRDefault="00000000">
      <w:pPr>
        <w:spacing w:after="10" w:line="240" w:lineRule="auto"/>
        <w:jc w:val="center"/>
      </w:pPr>
      <w:r>
        <w:rPr>
          <w:b/>
          <w:color w:val="4B4B4B"/>
        </w:rPr>
        <w:t>5:00 pm  -  Intermediate</w:t>
      </w:r>
    </w:p>
    <w:p w14:paraId="7643B12A" w14:textId="77777777" w:rsidR="0045483A" w:rsidRDefault="00000000">
      <w:pPr>
        <w:spacing w:after="20" w:line="240" w:lineRule="auto"/>
        <w:jc w:val="center"/>
      </w:pPr>
      <w:r>
        <w:rPr>
          <w:color w:val="4B4B4B"/>
          <w:sz w:val="18"/>
        </w:rPr>
        <w:t>Back handspring, front handspring</w:t>
      </w:r>
    </w:p>
    <w:p w14:paraId="1DF07CBD" w14:textId="77777777" w:rsidR="0045483A" w:rsidRDefault="00000000">
      <w:pPr>
        <w:spacing w:after="10" w:line="240" w:lineRule="auto"/>
        <w:jc w:val="center"/>
      </w:pPr>
      <w:r>
        <w:rPr>
          <w:b/>
          <w:color w:val="4B4B4B"/>
        </w:rPr>
        <w:t>6:00 pm  -  Beginning 1</w:t>
      </w:r>
    </w:p>
    <w:p w14:paraId="2DEE2877" w14:textId="77777777" w:rsidR="0045483A" w:rsidRDefault="00000000">
      <w:pPr>
        <w:spacing w:after="20" w:line="240" w:lineRule="auto"/>
        <w:jc w:val="center"/>
      </w:pPr>
      <w:r>
        <w:rPr>
          <w:color w:val="4B4B4B"/>
          <w:sz w:val="18"/>
        </w:rPr>
        <w:t>Backbend, kickover, handstand to arch, stand up, handstand, cartwheels</w:t>
      </w:r>
    </w:p>
    <w:p w14:paraId="249333D9" w14:textId="77777777" w:rsidR="0045483A" w:rsidRDefault="00000000">
      <w:pPr>
        <w:spacing w:after="10" w:line="240" w:lineRule="auto"/>
        <w:jc w:val="center"/>
      </w:pPr>
      <w:r>
        <w:rPr>
          <w:b/>
          <w:color w:val="4B4B4B"/>
        </w:rPr>
        <w:t>7:00 pm  -  Beginning 2 / Intermediate</w:t>
      </w:r>
    </w:p>
    <w:p w14:paraId="3E38E4C6" w14:textId="77777777" w:rsidR="0045483A" w:rsidRDefault="00000000">
      <w:pPr>
        <w:spacing w:after="10" w:line="240" w:lineRule="auto"/>
        <w:jc w:val="center"/>
      </w:pPr>
      <w:r>
        <w:rPr>
          <w:color w:val="4B4B4B"/>
          <w:sz w:val="18"/>
        </w:rPr>
        <w:t>Back walkover, front walkover, one-handed cartwheel - both sides</w:t>
      </w:r>
    </w:p>
    <w:p w14:paraId="27AD4AB6" w14:textId="77777777" w:rsidR="0045483A" w:rsidRDefault="00000000">
      <w:pPr>
        <w:spacing w:after="50" w:line="240" w:lineRule="auto"/>
        <w:jc w:val="center"/>
      </w:pPr>
      <w:r>
        <w:rPr>
          <w:color w:val="4B4B4B"/>
          <w:sz w:val="17"/>
        </w:rPr>
        <w:t>*This class will also have intermediate students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28"/>
      </w:tblGrid>
      <w:tr w:rsidR="0045483A" w14:paraId="35E85587" w14:textId="77777777">
        <w:trPr>
          <w:jc w:val="center"/>
        </w:trPr>
        <w:tc>
          <w:tcPr>
            <w:tcW w:w="8928" w:type="dxa"/>
            <w:shd w:val="clear" w:color="auto" w:fill="FCEDE8"/>
          </w:tcPr>
          <w:p w14:paraId="3E17E63C" w14:textId="77777777" w:rsidR="0045483A" w:rsidRDefault="00000000">
            <w:pPr>
              <w:spacing w:before="40" w:after="40"/>
              <w:jc w:val="center"/>
            </w:pPr>
            <w:r>
              <w:rPr>
                <w:b/>
                <w:color w:val="4B4B4B"/>
                <w:sz w:val="19"/>
              </w:rPr>
              <w:t>A 4:00 pm class for kindergartners is available upon request.</w:t>
            </w:r>
          </w:p>
        </w:tc>
      </w:tr>
    </w:tbl>
    <w:p w14:paraId="2D25EBB1" w14:textId="77777777" w:rsidR="0045483A" w:rsidRDefault="0045483A">
      <w:pPr>
        <w:spacing w:after="0"/>
      </w:pPr>
    </w:p>
    <w:p w14:paraId="22CFC25D" w14:textId="77777777" w:rsidR="0045483A" w:rsidRDefault="00000000">
      <w:pPr>
        <w:pBdr>
          <w:bottom w:val="single" w:sz="10" w:space="3" w:color="F4C4B5"/>
        </w:pBdr>
        <w:spacing w:before="240" w:after="40"/>
        <w:jc w:val="center"/>
      </w:pPr>
      <w:r>
        <w:rPr>
          <w:b/>
          <w:color w:val="4B4B4B"/>
          <w:sz w:val="25"/>
        </w:rPr>
        <w:t>PRIVATE LESSONS</w:t>
      </w:r>
    </w:p>
    <w:p w14:paraId="17603431" w14:textId="77777777" w:rsidR="0045483A" w:rsidRDefault="00000000">
      <w:pPr>
        <w:spacing w:after="20" w:line="240" w:lineRule="auto"/>
        <w:jc w:val="center"/>
      </w:pPr>
      <w:r>
        <w:rPr>
          <w:b/>
          <w:color w:val="4B4B4B"/>
          <w:sz w:val="21"/>
        </w:rPr>
        <w:t>Fridays  -  1:00-6:00 pm</w:t>
      </w:r>
    </w:p>
    <w:p w14:paraId="60BEFD70" w14:textId="77777777" w:rsidR="0045483A" w:rsidRDefault="00000000">
      <w:pPr>
        <w:spacing w:after="10" w:line="240" w:lineRule="auto"/>
        <w:jc w:val="center"/>
      </w:pPr>
      <w:r>
        <w:rPr>
          <w:color w:val="4B4B4B"/>
          <w:sz w:val="19"/>
        </w:rPr>
        <w:t>Private lessons available every 30 minutes</w:t>
      </w:r>
    </w:p>
    <w:sectPr w:rsidR="0045483A" w:rsidSect="00034616">
      <w:pgSz w:w="12240" w:h="15840"/>
      <w:pgMar w:top="403" w:right="1037" w:bottom="504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8898105">
    <w:abstractNumId w:val="8"/>
  </w:num>
  <w:num w:numId="2" w16cid:durableId="96408402">
    <w:abstractNumId w:val="6"/>
  </w:num>
  <w:num w:numId="3" w16cid:durableId="1289123265">
    <w:abstractNumId w:val="5"/>
  </w:num>
  <w:num w:numId="4" w16cid:durableId="922950101">
    <w:abstractNumId w:val="4"/>
  </w:num>
  <w:num w:numId="5" w16cid:durableId="626277517">
    <w:abstractNumId w:val="7"/>
  </w:num>
  <w:num w:numId="6" w16cid:durableId="847675341">
    <w:abstractNumId w:val="3"/>
  </w:num>
  <w:num w:numId="7" w16cid:durableId="702364577">
    <w:abstractNumId w:val="2"/>
  </w:num>
  <w:num w:numId="8" w16cid:durableId="521629336">
    <w:abstractNumId w:val="1"/>
  </w:num>
  <w:num w:numId="9" w16cid:durableId="21172873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483A"/>
    <w:rsid w:val="0049510C"/>
    <w:rsid w:val="00977DB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16F360"/>
  <w14:defaultImageDpi w14:val="300"/>
  <w15:docId w15:val="{08581BB3-96FC-1742-9328-98349595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4E4E4E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Jeffrey Thomas</cp:lastModifiedBy>
  <cp:revision>2</cp:revision>
  <dcterms:created xsi:type="dcterms:W3CDTF">2026-08-11T23:30:00Z</dcterms:created>
  <dcterms:modified xsi:type="dcterms:W3CDTF">2026-08-11T23:30:00Z</dcterms:modified>
  <cp:category/>
</cp:coreProperties>
</file>